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맑은 고딕" w:hAnsi="맑은 고딕" w:eastAsia="맑은 고딕"/>
          <w:b/>
          <w:color w:val="1A1A1A"/>
          <w:sz w:val="34"/>
        </w:rPr>
        <w:t>작품 소개 작성 워크시트</w:t>
      </w:r>
    </w:p>
    <w:p>
      <w:pPr>
        <w:spacing w:after="80" w:before="0"/>
      </w:pPr>
      <w:r>
        <w:rPr>
          <w:rFonts w:ascii="맑은 고딕" w:hAnsi="맑은 고딕" w:eastAsia="맑은 고딕"/>
          <w:b w:val="0"/>
          <w:color w:val="555555"/>
          <w:sz w:val="18"/>
        </w:rPr>
        <w:t>아주대학교 과학영재교육원 자기소개서 3번 문항 — 주요 활동 작성용</w:t>
      </w:r>
    </w:p>
    <w:p>
      <w:pPr>
        <w:spacing w:after="200" w:before="0"/>
      </w:pPr>
      <w:r>
        <w:rPr>
          <w:rFonts w:ascii="맑은 고딕" w:hAnsi="맑은 고딕" w:eastAsia="맑은 고딕"/>
          <w:b/>
          <w:color w:val="1A1A1A"/>
          <w:sz w:val="20"/>
        </w:rPr>
        <w:t>이름: 김지환          프로젝트: 어르신 친화형 음성 주문 도우미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fill="FBEFEF"/>
          </w:tcPr>
          <w:p>
            <w:pPr>
              <w:spacing w:after="40"/>
            </w:pPr>
            <w:r>
              <w:rPr>
                <w:rFonts w:ascii="맑은 고딕" w:hAnsi="맑은 고딕" w:eastAsia="맑은 고딕"/>
                <w:b/>
                <w:color w:val="A01818"/>
                <w:sz w:val="19"/>
              </w:rPr>
              <w:t>작성 전 꼭 기억하세요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· 자기소개서는 전체 5페이지 이내, 글자 크기 11pt 이상, 교육원 지정 양식으로 작성합니다. (증빙자료는 5페이지에서 제외)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· 수상 실적과 수상 내용은 절대 쓸 수 없습니다. 대회 이름, 등수, 상 이름(금상·은상·동상 등)을 쓰면 불이익을 받을 수 있습니다. 대회 경험을 쓰고 싶다면 "어떤 문제를 어떻게 풀었는지"만 쓰세요.</w:t>
            </w:r>
          </w:p>
        </w:tc>
      </w:tr>
    </w:tbl>
    <w:p>
      <w:pPr>
        <w:spacing w:after="40" w:before="0"/>
      </w:pPr>
    </w:p>
    <w:p>
      <w:pPr>
        <w:spacing w:before="280" w:after="120"/>
        <w:pBdr>
          <w:bottom w:val="single" w:sz="12" w:color="444444"/>
        </w:pBdr>
      </w:pPr>
      <w:r>
        <w:rPr>
          <w:rFonts w:ascii="맑은 고딕" w:hAnsi="맑은 고딕" w:eastAsia="맑은 고딕"/>
          <w:b/>
          <w:color w:val="1A1A1A"/>
          <w:sz w:val="26"/>
        </w:rPr>
        <w:t>1. 작품 소개는 이 순서로 씁니다</w:t>
      </w:r>
    </w:p>
    <w:p>
      <w:pPr>
        <w:spacing w:after="40"/>
      </w:pPr>
      <w:r>
        <w:rPr>
          <w:rFonts w:ascii="맑은 고딕" w:hAnsi="맑은 고딕" w:eastAsia="맑은 고딕"/>
          <w:b/>
          <w:color w:val="1A1A1A"/>
          <w:sz w:val="21"/>
        </w:rPr>
        <w:t xml:space="preserve">1. 문제 발견 </w:t>
      </w:r>
      <w:r>
        <w:rPr>
          <w:rFonts w:ascii="맑은 고딕" w:hAnsi="맑은 고딕" w:eastAsia="맑은 고딕"/>
          <w:b w:val="0"/>
          <w:color w:val="555555"/>
          <w:sz w:val="21"/>
        </w:rPr>
        <w:t>— 무엇이 불편했나? 왜 이걸 하려고 했나?</w:t>
      </w:r>
    </w:p>
    <w:p>
      <w:pPr>
        <w:spacing w:after="40"/>
      </w:pPr>
      <w:r>
        <w:rPr>
          <w:rFonts w:ascii="맑은 고딕" w:hAnsi="맑은 고딕" w:eastAsia="맑은 고딕"/>
          <w:b/>
          <w:color w:val="1A1A1A"/>
          <w:sz w:val="21"/>
        </w:rPr>
        <w:t xml:space="preserve">2. 조사·근거 </w:t>
      </w:r>
      <w:r>
        <w:rPr>
          <w:rFonts w:ascii="맑은 고딕" w:hAnsi="맑은 고딕" w:eastAsia="맑은 고딕"/>
          <w:b w:val="0"/>
          <w:color w:val="555555"/>
          <w:sz w:val="21"/>
        </w:rPr>
        <w:t>— 내 생각만이 아니라, 실제로 무엇을 알아봤나?</w:t>
      </w:r>
    </w:p>
    <w:p>
      <w:pPr>
        <w:spacing w:after="40"/>
      </w:pPr>
      <w:r>
        <w:rPr>
          <w:rFonts w:ascii="맑은 고딕" w:hAnsi="맑은 고딕" w:eastAsia="맑은 고딕"/>
          <w:b/>
          <w:color w:val="1A1A1A"/>
          <w:sz w:val="21"/>
        </w:rPr>
        <w:t xml:space="preserve">3. 설계 </w:t>
      </w:r>
      <w:r>
        <w:rPr>
          <w:rFonts w:ascii="맑은 고딕" w:hAnsi="맑은 고딕" w:eastAsia="맑은 고딕"/>
          <w:b w:val="0"/>
          <w:color w:val="555555"/>
          <w:sz w:val="21"/>
        </w:rPr>
        <w:t>— 그 문제를 어떻게 숫자나 규칙으로 바꿨나?</w:t>
      </w:r>
    </w:p>
    <w:p>
      <w:pPr>
        <w:spacing w:after="40"/>
      </w:pPr>
      <w:r>
        <w:rPr>
          <w:rFonts w:ascii="맑은 고딕" w:hAnsi="맑은 고딕" w:eastAsia="맑은 고딕"/>
          <w:b/>
          <w:color w:val="1A1A1A"/>
          <w:sz w:val="21"/>
        </w:rPr>
        <w:t xml:space="preserve">4. 구현 </w:t>
      </w:r>
      <w:r>
        <w:rPr>
          <w:rFonts w:ascii="맑은 고딕" w:hAnsi="맑은 고딕" w:eastAsia="맑은 고딕"/>
          <w:b w:val="0"/>
          <w:color w:val="555555"/>
          <w:sz w:val="21"/>
        </w:rPr>
        <w:t>— 실제로 무엇을 만들었나? 어떤 기술을 왜 썼나?</w:t>
      </w:r>
    </w:p>
    <w:p>
      <w:pPr>
        <w:spacing w:after="40"/>
      </w:pPr>
      <w:r>
        <w:rPr>
          <w:rFonts w:ascii="맑은 고딕" w:hAnsi="맑은 고딕" w:eastAsia="맑은 고딕"/>
          <w:b/>
          <w:color w:val="1A1A1A"/>
          <w:sz w:val="21"/>
        </w:rPr>
        <w:t xml:space="preserve">5. 검증 </w:t>
      </w:r>
      <w:r>
        <w:rPr>
          <w:rFonts w:ascii="맑은 고딕" w:hAnsi="맑은 고딕" w:eastAsia="맑은 고딕"/>
          <w:b w:val="0"/>
          <w:color w:val="555555"/>
          <w:sz w:val="21"/>
        </w:rPr>
        <w:t>— 잘 됐는지 어떻게 확인했나? 어떤 오류를 겪고 고쳤나?</w:t>
      </w:r>
    </w:p>
    <w:p>
      <w:pPr>
        <w:spacing w:after="40"/>
      </w:pPr>
      <w:r>
        <w:rPr>
          <w:rFonts w:ascii="맑은 고딕" w:hAnsi="맑은 고딕" w:eastAsia="맑은 고딕"/>
          <w:b/>
          <w:color w:val="1A1A1A"/>
          <w:sz w:val="21"/>
        </w:rPr>
        <w:t xml:space="preserve">6. 한계와 다음 계획 </w:t>
      </w:r>
      <w:r>
        <w:rPr>
          <w:rFonts w:ascii="맑은 고딕" w:hAnsi="맑은 고딕" w:eastAsia="맑은 고딕"/>
          <w:b w:val="0"/>
          <w:color w:val="555555"/>
          <w:sz w:val="21"/>
        </w:rPr>
        <w:t>— 아직 부족한 점은? 더 해보고 싶은 것은?</w:t>
      </w:r>
    </w:p>
    <w:p>
      <w:pPr>
        <w:spacing w:after="40" w:before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fill="F2F2F2"/>
          </w:tcPr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5번(검증)과 6번(한계)을 빼먹지 마세요. 많은 학생이 "만들었다"까지만 씁니다. 그런데 평가하는 분들은 실패하고 고친 과정과 스스로 한계를 아는지를 더 눈여겨봅니다.</w:t>
            </w:r>
          </w:p>
        </w:tc>
      </w:tr>
    </w:tbl>
    <w:p>
      <w:pPr>
        <w:spacing w:before="280" w:after="120"/>
        <w:pBdr>
          <w:bottom w:val="single" w:sz="12" w:color="444444"/>
        </w:pBdr>
      </w:pPr>
      <w:r>
        <w:rPr>
          <w:rFonts w:ascii="맑은 고딕" w:hAnsi="맑은 고딕" w:eastAsia="맑은 고딕"/>
          <w:b/>
          <w:color w:val="1A1A1A"/>
          <w:sz w:val="26"/>
        </w:rPr>
        <w:t>2. 이렇게 쓰면 좋습니다 / 이렇게는 쓰지 마세요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shd w:val="clear" w:fill="FBF3F3"/>
          </w:tcPr>
          <w:p>
            <w:pPr>
              <w:spacing w:after="60"/>
            </w:pPr>
            <w:r>
              <w:rPr>
                <w:rFonts w:ascii="맑은 고딕" w:hAnsi="맑은 고딕" w:eastAsia="맑은 고딕"/>
                <w:b/>
                <w:color w:val="A01818"/>
                <w:sz w:val="16"/>
              </w:rPr>
              <w:t>이렇게 쓰지 마세요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"파이썬으로 음성 주문 프로그램을 만들었다. 열심히 해서 잘 작동했고 뿌듯했다."</w:t>
            </w:r>
          </w:p>
        </w:tc>
        <w:tc>
          <w:tcPr>
            <w:tcW w:type="dxa" w:w="5270"/>
            <w:shd w:val="clear" w:fill="F2F7F2"/>
          </w:tcPr>
          <w:p>
            <w:pPr>
              <w:spacing w:after="60"/>
            </w:pPr>
            <w:r>
              <w:rPr>
                <w:rFonts w:ascii="맑은 고딕" w:hAnsi="맑은 고딕" w:eastAsia="맑은 고딕"/>
                <w:b/>
                <w:color w:val="16702F"/>
                <w:sz w:val="16"/>
              </w:rPr>
              <w:t>이렇게 쓰세요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"어르신이 '아메리카노'라고 말해도 '아메리가노'처럼 잘못 인식되는 경우가 많았다. 그래서 글자가 몇 개나 다른지를 세어 가장 비슷한 메뉴를 고르도록 만들었다. 덕분에 한두 글자가 틀려도 올바른 메뉴를 찾아낼 수 있었다."</w:t>
            </w:r>
          </w:p>
        </w:tc>
      </w:tr>
    </w:tbl>
    <w:p>
      <w:pPr>
        <w:spacing w:after="80" w:before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shd w:val="clear" w:fill="FBF3F3"/>
          </w:tcPr>
          <w:p>
            <w:pPr>
              <w:spacing w:after="60"/>
            </w:pPr>
            <w:r>
              <w:rPr>
                <w:rFonts w:ascii="맑은 고딕" w:hAnsi="맑은 고딕" w:eastAsia="맑은 고딕"/>
                <w:b/>
                <w:color w:val="A01818"/>
                <w:sz w:val="16"/>
              </w:rPr>
              <w:t>이렇게 쓰지 마세요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"○○대회에 나가서 은상을 받았다."</w:t>
            </w:r>
          </w:p>
        </w:tc>
        <w:tc>
          <w:tcPr>
            <w:tcW w:type="dxa" w:w="5270"/>
            <w:shd w:val="clear" w:fill="F2F7F2"/>
          </w:tcPr>
          <w:p>
            <w:pPr>
              <w:spacing w:after="60"/>
            </w:pPr>
            <w:r>
              <w:rPr>
                <w:rFonts w:ascii="맑은 고딕" w:hAnsi="맑은 고딕" w:eastAsia="맑은 고딕"/>
                <w:b/>
                <w:color w:val="16702F"/>
                <w:sz w:val="16"/>
              </w:rPr>
              <w:t>이렇게 쓰세요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"제한 시간 안에 많은 자료를 처리하는 문제를 풀면서, 반복을 줄이고 자료를 미리 정리해두는 방법을 익혔다. 이 경험을 메뉴를 빠르게 비교하는 부분에 그대로 활용했다."</w:t>
            </w:r>
          </w:p>
        </w:tc>
      </w:tr>
    </w:tbl>
    <w:p>
      <w:pPr>
        <w:spacing w:after="80" w:before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shd w:val="clear" w:fill="FBF3F3"/>
          </w:tcPr>
          <w:p>
            <w:pPr>
              <w:spacing w:after="60"/>
            </w:pPr>
            <w:r>
              <w:rPr>
                <w:rFonts w:ascii="맑은 고딕" w:hAnsi="맑은 고딕" w:eastAsia="맑은 고딕"/>
                <w:b/>
                <w:color w:val="A01818"/>
                <w:sz w:val="16"/>
              </w:rPr>
              <w:t>이렇게 쓰지 마세요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"STT와 알고리즘을 활용하여 주문 시스템을 구현하였다."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(어려운 말만 있고 내가 이해한 게 안 보임)</w:t>
            </w:r>
          </w:p>
        </w:tc>
        <w:tc>
          <w:tcPr>
            <w:tcW w:type="dxa" w:w="5270"/>
            <w:shd w:val="clear" w:fill="F2F7F2"/>
          </w:tcPr>
          <w:p>
            <w:pPr>
              <w:spacing w:after="60"/>
            </w:pPr>
            <w:r>
              <w:rPr>
                <w:rFonts w:ascii="맑은 고딕" w:hAnsi="맑은 고딕" w:eastAsia="맑은 고딕"/>
                <w:b/>
                <w:color w:val="16702F"/>
                <w:sz w:val="16"/>
              </w:rPr>
              <w:t>이렇게 쓰세요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"프로그램을 세 부분으로 나눴다. ① 말을 글자로 바꾸는 부분 ② 그 글자를 메뉴 이름과 비교해 가장 비슷한 것을 고르는 부분 ③ 주문에서 결제까지 순서가 꼬이지 않게 관리하는 부분이다. 특히 ③은 '지금 메뉴를 고르는 중인지, 결제 중인지'를 변수 하나로 기억하게 해서 해결했다."</w:t>
            </w:r>
          </w:p>
        </w:tc>
      </w:tr>
    </w:tbl>
    <w:p>
      <w:pPr>
        <w:spacing w:after="80" w:before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fill="F2F2F2"/>
          </w:tcPr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핵심 원칙: 어려운 단어를 쓰는 것보다 내가 이해한 만큼 내 말로 설명하는 것이 훨씬 좋습니다. 면접에서 "이거 어떻게 한 거예요?"라고 물었을 때 대답할 수 없는 문장은 쓰지 마세요.</w:t>
            </w:r>
          </w:p>
        </w:tc>
      </w:tr>
    </w:tbl>
    <w:p>
      <w:pPr>
        <w:spacing w:before="280" w:after="120"/>
        <w:pBdr>
          <w:bottom w:val="single" w:sz="12" w:color="444444"/>
        </w:pBdr>
      </w:pPr>
      <w:r>
        <w:rPr>
          <w:rFonts w:ascii="맑은 고딕" w:hAnsi="맑은 고딕" w:eastAsia="맑은 고딕"/>
          <w:b/>
          <w:color w:val="1A1A1A"/>
          <w:sz w:val="26"/>
        </w:rPr>
        <w:t>3. 내가 이미 가지고 있는 재료</w:t>
      </w:r>
    </w:p>
    <w:p>
      <w:pPr>
        <w:spacing w:after="160" w:before="0"/>
      </w:pPr>
      <w:r>
        <w:rPr>
          <w:rFonts w:ascii="맑은 고딕" w:hAnsi="맑은 고딕" w:eastAsia="맑은 고딕"/>
          <w:b w:val="0"/>
          <w:color w:val="555555"/>
          <w:sz w:val="19"/>
        </w:rPr>
        <w:t>새로 만들 필요 없습니다. 지금까지 수업에서 한 것들이 그대로 자기소개서 재료입니다. 아래 내용을 그대로 베끼지 말고, 읽어본 뒤 4번에 자기 말로 다시 쓰세요.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fill="FAFCFA"/>
          </w:tcPr>
          <w:p>
            <w:pPr>
              <w:spacing w:after="40"/>
            </w:pPr>
            <w:r>
              <w:rPr>
                <w:rFonts w:ascii="맑은 고딕" w:hAnsi="맑은 고딕" w:eastAsia="맑은 고딕"/>
                <w:b/>
                <w:color w:val="16702F"/>
                <w:sz w:val="19"/>
              </w:rPr>
              <w:t>1. 문제 발견   ★ 가장 강한 부분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봉사활동으로 양로원에 갔을 때, 할아버지·할머니들이 전자기기를 다루기 어려워하시는 모습을 봤다. 그러다 친할아버지·할머니도 똑같이 어려워하셨던 기억이 떠올랐다. 남의 일이 아니라 우리 가족의 일이라고 느낀 것이 이 프로그램을 만든 가장 큰 이유다.</w:t>
            </w:r>
          </w:p>
        </w:tc>
      </w:tr>
    </w:tbl>
    <w:p>
      <w:pPr>
        <w:spacing w:after="60" w:before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fill="FAFCFA"/>
          </w:tcPr>
          <w:p>
            <w:pPr>
              <w:spacing w:after="40"/>
            </w:pPr>
            <w:r>
              <w:rPr>
                <w:rFonts w:ascii="맑은 고딕" w:hAnsi="맑은 고딕" w:eastAsia="맑은 고딕"/>
                <w:b/>
                <w:color w:val="16702F"/>
                <w:sz w:val="19"/>
              </w:rPr>
              <w:t>2. 조사·근거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키오스크나 전화 주문이 왜 어려운지 생각해봤다. 화면의 글씨가 작고, 메뉴가 여러 단계로 나뉘어 있고, 한 번 잘못 누르면 처음부터 다시 해야 한다. 그래서 말로 주문할 수 있으면 이 단계들을 건너뛸 수 있다고 판단했다.</w:t>
            </w:r>
          </w:p>
        </w:tc>
      </w:tr>
    </w:tbl>
    <w:p>
      <w:pPr>
        <w:spacing w:after="60" w:before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fill="FAFCFA"/>
          </w:tcPr>
          <w:p>
            <w:pPr>
              <w:spacing w:after="40"/>
            </w:pPr>
            <w:r>
              <w:rPr>
                <w:rFonts w:ascii="맑은 고딕" w:hAnsi="맑은 고딕" w:eastAsia="맑은 고딕"/>
                <w:b/>
                <w:color w:val="16702F"/>
                <w:sz w:val="19"/>
              </w:rPr>
              <w:t>3. 설계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음성을 글자로 바꾸고, 그 글자를 메뉴 이름과 비교해서 가장 비슷한 메뉴를 고르고, 주문 → 장바구니 → 결제로 이어지는 순서를 관리하는 세 부분으로 나눴다.</w:t>
            </w:r>
          </w:p>
        </w:tc>
      </w:tr>
    </w:tbl>
    <w:p>
      <w:pPr>
        <w:spacing w:after="60" w:before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fill="FAFCFA"/>
          </w:tcPr>
          <w:p>
            <w:pPr>
              <w:spacing w:after="40"/>
            </w:pPr>
            <w:r>
              <w:rPr>
                <w:rFonts w:ascii="맑은 고딕" w:hAnsi="맑은 고딕" w:eastAsia="맑은 고딕"/>
                <w:b/>
                <w:color w:val="16702F"/>
                <w:sz w:val="19"/>
              </w:rPr>
              <w:t>4. 구현 (기술이 들어가는 부분)   ★ 가장 강한 부분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· 음성 인식(STT): 말을 글자로 바꿨다.</w:t>
              <w:br/>
              <w:t>· 레벤슈타인 거리: 어르신들의 발음이 정확히 인식되지 않을 수 있어서, 글자가 몇 개나 다른지를 세어 가장 가까운 메뉴를 고르도록 했다. ("아메리카노"가 "아메리가노"로 인식돼도 찾아낸다)</w:t>
              <w:br/>
              <w:t>· 상태 관리(상태 머신): 지금이 메뉴 고르는 중인지, 장바구니인지, 결제인지를 변수로 관리해서 순서가 꼬이지 않게 했다.</w:t>
            </w:r>
          </w:p>
        </w:tc>
      </w:tr>
    </w:tbl>
    <w:p>
      <w:pPr>
        <w:spacing w:after="60" w:before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fill="FAFCFA"/>
          </w:tcPr>
          <w:p>
            <w:pPr>
              <w:spacing w:after="40"/>
            </w:pPr>
            <w:r>
              <w:rPr>
                <w:rFonts w:ascii="맑은 고딕" w:hAnsi="맑은 고딕" w:eastAsia="맑은 고딕"/>
                <w:b/>
                <w:color w:val="16702F"/>
                <w:sz w:val="19"/>
              </w:rPr>
              <w:t>5. 검증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일부러 틀리게 발음한 문장들을 여러 개 만들어서 넣어보고, 올바른 메뉴를 찾아내는지 확인했다.</w:t>
            </w:r>
          </w:p>
        </w:tc>
      </w:tr>
    </w:tbl>
    <w:p>
      <w:pPr>
        <w:spacing w:after="60" w:before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fill="FAFCFA"/>
          </w:tcPr>
          <w:p>
            <w:pPr>
              <w:spacing w:after="40"/>
            </w:pPr>
            <w:r>
              <w:rPr>
                <w:rFonts w:ascii="맑은 고딕" w:hAnsi="맑은 고딕" w:eastAsia="맑은 고딕"/>
                <w:b/>
                <w:color w:val="16702F"/>
                <w:sz w:val="19"/>
              </w:rPr>
              <w:t>6. 한계와 다음 계획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1A1A1A"/>
                <w:sz w:val="19"/>
              </w:rPr>
              <w:t>조용한 곳에서는 잘 되지만 주변이 시끄러우면 인식률이 떨어진다. 또 메뉴 이름이 서로 비슷하면 헷갈릴 수 있어서, 확실하지 않을 때는 "○○ 맞으실까요?"라고 다시 묻는 기능을 더 넣고 싶다.</w:t>
            </w:r>
          </w:p>
        </w:tc>
      </w:tr>
    </w:tbl>
    <w:p>
      <w:pPr>
        <w:spacing w:after="60" w:before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fill="FBEFEF"/>
          </w:tcPr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color w:val="A01818"/>
                <w:sz w:val="19"/>
              </w:rPr>
              <w:t>주의: 대회 이야기를 쓸 때 대회 이름·등수·상 이름은 쓰지 마세요. "알고리즘 문제를 풀면서 익힌 방법을 이 프로그램의 매칭 부분에 활용했다"처럼 배운 것과 활용한 것만 쓰면 됩니다.</w:t>
            </w:r>
          </w:p>
        </w:tc>
      </w:tr>
    </w:tbl>
    <w:p>
      <w:r>
        <w:br w:type="page"/>
      </w:r>
    </w:p>
    <w:p>
      <w:pPr>
        <w:spacing w:before="280" w:after="120"/>
        <w:pBdr>
          <w:bottom w:val="single" w:sz="12" w:color="444444"/>
        </w:pBdr>
      </w:pPr>
      <w:r>
        <w:rPr>
          <w:rFonts w:ascii="맑은 고딕" w:hAnsi="맑은 고딕" w:eastAsia="맑은 고딕"/>
          <w:b/>
          <w:color w:val="1A1A1A"/>
          <w:sz w:val="26"/>
        </w:rPr>
        <w:t>4. 직접 써보기</w:t>
      </w:r>
    </w:p>
    <w:p>
      <w:pPr>
        <w:spacing w:after="160" w:before="0"/>
      </w:pPr>
      <w:r>
        <w:rPr>
          <w:rFonts w:ascii="맑은 고딕" w:hAnsi="맑은 고딕" w:eastAsia="맑은 고딕"/>
          <w:b w:val="0"/>
          <w:color w:val="555555"/>
          <w:sz w:val="19"/>
        </w:rPr>
        <w:t>아래 각 칸에 직접 타이핑하세요. 한 번에 잘 쓰려 하지 말고, 먼저 생각나는 대로 채운 뒤 고치면 됩니다.</w:t>
      </w:r>
    </w:p>
    <w:p>
      <w:pPr>
        <w:spacing w:before="200" w:after="40"/>
      </w:pPr>
      <w:r>
        <w:rPr>
          <w:rFonts w:ascii="맑은 고딕" w:hAnsi="맑은 고딕" w:eastAsia="맑은 고딕"/>
          <w:b/>
          <w:color w:val="1A1A1A"/>
          <w:sz w:val="23"/>
        </w:rPr>
        <w:t>① 문제 발견</w:t>
      </w:r>
      <w:r>
        <w:rPr>
          <w:rFonts w:ascii="맑은 고딕" w:hAnsi="맑은 고딕" w:eastAsia="맑은 고딕"/>
          <w:b w:val="0"/>
          <w:color w:val="555555"/>
          <w:sz w:val="18"/>
        </w:rPr>
        <w:t xml:space="preserve">   (2~4문장)</w:t>
      </w:r>
    </w:p>
    <w:p>
      <w:pPr>
        <w:spacing w:after="40" w:before="0"/>
      </w:pPr>
      <w:r>
        <w:rPr>
          <w:rFonts w:ascii="맑은 고딕" w:hAnsi="맑은 고딕" w:eastAsia="맑은 고딕"/>
          <w:b w:val="0"/>
          <w:color w:val="555555"/>
          <w:sz w:val="18"/>
        </w:rPr>
        <w:t>무엇이 불편했나요? 그 장면을 본 적이 있다면 언제, 어디서였는지 같이 쓰면 좋습니다.</w:t>
      </w:r>
    </w:p>
    <w:p>
      <w:pPr>
        <w:spacing w:after="120" w:before="0"/>
      </w:pPr>
      <w:r>
        <w:rPr>
          <w:rFonts w:ascii="맑은 고딕" w:hAnsi="맑은 고딕" w:eastAsia="맑은 고딕"/>
          <w:b w:val="0"/>
          <w:color w:val="888888"/>
          <w:sz w:val="18"/>
        </w:rPr>
        <w:t>예) 나는 ~한 상황에서 ~가 불편하다고 느꼈다. 왜냐하면...</w:t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before="200" w:after="40"/>
      </w:pPr>
      <w:r>
        <w:rPr>
          <w:rFonts w:ascii="맑은 고딕" w:hAnsi="맑은 고딕" w:eastAsia="맑은 고딕"/>
          <w:b/>
          <w:color w:val="1A1A1A"/>
          <w:sz w:val="23"/>
        </w:rPr>
        <w:t>② 조사·근거</w:t>
      </w:r>
      <w:r>
        <w:rPr>
          <w:rFonts w:ascii="맑은 고딕" w:hAnsi="맑은 고딕" w:eastAsia="맑은 고딕"/>
          <w:b w:val="0"/>
          <w:color w:val="555555"/>
          <w:sz w:val="18"/>
        </w:rPr>
        <w:t xml:space="preserve">   (2~4문장)</w:t>
      </w:r>
    </w:p>
    <w:p>
      <w:pPr>
        <w:spacing w:after="40" w:before="0"/>
      </w:pPr>
      <w:r>
        <w:rPr>
          <w:rFonts w:ascii="맑은 고딕" w:hAnsi="맑은 고딕" w:eastAsia="맑은 고딕"/>
          <w:b w:val="0"/>
          <w:color w:val="555555"/>
          <w:sz w:val="18"/>
        </w:rPr>
        <w:t>내 생각만이 아니라, 실제로 무엇을 알아봤나요? (설문, 관찰, 직접 해본 경험 등)</w:t>
      </w:r>
    </w:p>
    <w:p>
      <w:pPr>
        <w:spacing w:after="120" w:before="0"/>
      </w:pPr>
      <w:r>
        <w:rPr>
          <w:rFonts w:ascii="맑은 고딕" w:hAnsi="맑은 고딕" w:eastAsia="맑은 고딕"/>
          <w:b w:val="0"/>
          <w:color w:val="888888"/>
          <w:sz w:val="18"/>
        </w:rPr>
        <w:t>예) 내 생각만으로 정하지 않기 위해 ~를 조사했다. 그 결과 ~라는 것을 알게 되었다.</w:t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before="200" w:after="40"/>
      </w:pPr>
      <w:r>
        <w:rPr>
          <w:rFonts w:ascii="맑은 고딕" w:hAnsi="맑은 고딕" w:eastAsia="맑은 고딕"/>
          <w:b/>
          <w:color w:val="1A1A1A"/>
          <w:sz w:val="23"/>
        </w:rPr>
        <w:t>③ 설계 — 문제를 숫자·규칙으로 바꾸기</w:t>
      </w:r>
      <w:r>
        <w:rPr>
          <w:rFonts w:ascii="맑은 고딕" w:hAnsi="맑은 고딕" w:eastAsia="맑은 고딕"/>
          <w:b w:val="0"/>
          <w:color w:val="555555"/>
          <w:sz w:val="18"/>
        </w:rPr>
        <w:t xml:space="preserve">   (3~5문장)</w:t>
      </w:r>
    </w:p>
    <w:p>
      <w:pPr>
        <w:spacing w:after="40" w:before="0"/>
      </w:pPr>
      <w:r>
        <w:rPr>
          <w:rFonts w:ascii="맑은 고딕" w:hAnsi="맑은 고딕" w:eastAsia="맑은 고딕"/>
          <w:b w:val="0"/>
          <w:color w:val="555555"/>
          <w:sz w:val="18"/>
        </w:rPr>
        <w:t>알아낸 것을 어떻게 컴퓨터가 계산할 수 있는 형태(점수, 규칙, 단계)로 바꿨나요?</w:t>
      </w:r>
    </w:p>
    <w:p>
      <w:pPr>
        <w:spacing w:after="120" w:before="0"/>
      </w:pPr>
      <w:r>
        <w:rPr>
          <w:rFonts w:ascii="맑은 고딕" w:hAnsi="맑은 고딕" w:eastAsia="맑은 고딕"/>
          <w:b w:val="0"/>
          <w:color w:val="888888"/>
          <w:sz w:val="18"/>
        </w:rPr>
        <w:t>예) ~를 계산하기 위해 ~라는 기준을 만들었다. 구체적으로는 ~일 때 ~점을 주고...</w:t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before="200" w:after="40"/>
      </w:pPr>
      <w:r>
        <w:rPr>
          <w:rFonts w:ascii="맑은 고딕" w:hAnsi="맑은 고딕" w:eastAsia="맑은 고딕"/>
          <w:b/>
          <w:color w:val="1A1A1A"/>
          <w:sz w:val="23"/>
        </w:rPr>
        <w:t>④ 구현 — 무엇을 만들었나</w:t>
      </w:r>
      <w:r>
        <w:rPr>
          <w:rFonts w:ascii="맑은 고딕" w:hAnsi="맑은 고딕" w:eastAsia="맑은 고딕"/>
          <w:b w:val="0"/>
          <w:color w:val="555555"/>
          <w:sz w:val="18"/>
        </w:rPr>
        <w:t xml:space="preserve">   (3~5문장)</w:t>
      </w:r>
    </w:p>
    <w:p>
      <w:pPr>
        <w:spacing w:after="40" w:before="0"/>
      </w:pPr>
      <w:r>
        <w:rPr>
          <w:rFonts w:ascii="맑은 고딕" w:hAnsi="맑은 고딕" w:eastAsia="맑은 고딕"/>
          <w:b w:val="0"/>
          <w:color w:val="555555"/>
          <w:sz w:val="18"/>
        </w:rPr>
        <w:t>어떤 언어·도구를 썼고, 어떤 기능을 만들었나요? 그 방법을 왜 골랐는지도 함께 쓰세요.</w:t>
      </w:r>
    </w:p>
    <w:p>
      <w:pPr>
        <w:spacing w:after="120" w:before="0"/>
      </w:pPr>
      <w:r>
        <w:rPr>
          <w:rFonts w:ascii="맑은 고딕" w:hAnsi="맑은 고딕" w:eastAsia="맑은 고딕"/>
          <w:b w:val="0"/>
          <w:color w:val="888888"/>
          <w:sz w:val="18"/>
        </w:rPr>
        <w:t>예) 파이썬과 ~를 사용해 ~기능을 만들었다. ~방법을 고른 이유는 ~때문이다.</w:t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before="200" w:after="40"/>
      </w:pPr>
      <w:r>
        <w:rPr>
          <w:rFonts w:ascii="맑은 고딕" w:hAnsi="맑은 고딕" w:eastAsia="맑은 고딕"/>
          <w:b/>
          <w:color w:val="1A1A1A"/>
          <w:sz w:val="23"/>
        </w:rPr>
        <w:t>⑤ 검증 — 잘 되는지 어떻게 확인했나</w:t>
      </w:r>
      <w:r>
        <w:rPr>
          <w:rFonts w:ascii="맑은 고딕" w:hAnsi="맑은 고딕" w:eastAsia="맑은 고딕"/>
          <w:b w:val="0"/>
          <w:color w:val="555555"/>
          <w:sz w:val="18"/>
        </w:rPr>
        <w:t xml:space="preserve">   (2~4문장)</w:t>
      </w:r>
    </w:p>
    <w:p>
      <w:pPr>
        <w:spacing w:after="40" w:before="0"/>
      </w:pPr>
      <w:r>
        <w:rPr>
          <w:rFonts w:ascii="맑은 고딕" w:hAnsi="맑은 고딕" w:eastAsia="맑은 고딕"/>
          <w:b w:val="0"/>
          <w:color w:val="555555"/>
          <w:sz w:val="18"/>
        </w:rPr>
        <w:t>어떤 방법으로 확인했나요? 만들면서 겪은 오류와 고친 과정도 꼭 한 가지는 쓰세요.</w:t>
      </w:r>
    </w:p>
    <w:p>
      <w:pPr>
        <w:spacing w:after="120" w:before="0"/>
      </w:pPr>
      <w:r>
        <w:rPr>
          <w:rFonts w:ascii="맑은 고딕" w:hAnsi="맑은 고딕" w:eastAsia="맑은 고딕"/>
          <w:b w:val="0"/>
          <w:color w:val="888888"/>
          <w:sz w:val="18"/>
        </w:rPr>
        <w:t>예) ~를 넣어 결과가 맞는지 확인했다. 처음에는 ~한 문제가 있었는데, ~를 고쳐서 해결했다.</w:t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before="200" w:after="40"/>
      </w:pPr>
      <w:r>
        <w:rPr>
          <w:rFonts w:ascii="맑은 고딕" w:hAnsi="맑은 고딕" w:eastAsia="맑은 고딕"/>
          <w:b/>
          <w:color w:val="1A1A1A"/>
          <w:sz w:val="23"/>
        </w:rPr>
        <w:t>⑥ 한계와 다음 계획</w:t>
      </w:r>
      <w:r>
        <w:rPr>
          <w:rFonts w:ascii="맑은 고딕" w:hAnsi="맑은 고딕" w:eastAsia="맑은 고딕"/>
          <w:b w:val="0"/>
          <w:color w:val="555555"/>
          <w:sz w:val="18"/>
        </w:rPr>
        <w:t xml:space="preserve">   (2~4문장)</w:t>
      </w:r>
    </w:p>
    <w:p>
      <w:pPr>
        <w:spacing w:after="40" w:before="0"/>
      </w:pPr>
      <w:r>
        <w:rPr>
          <w:rFonts w:ascii="맑은 고딕" w:hAnsi="맑은 고딕" w:eastAsia="맑은 고딕"/>
          <w:b w:val="0"/>
          <w:color w:val="555555"/>
          <w:sz w:val="18"/>
        </w:rPr>
        <w:t>아직 부족한 점은 무엇이고, 앞으로 무엇을 더 해보고 싶나요?</w:t>
      </w:r>
    </w:p>
    <w:p>
      <w:pPr>
        <w:spacing w:after="120" w:before="0"/>
      </w:pPr>
      <w:r>
        <w:rPr>
          <w:rFonts w:ascii="맑은 고딕" w:hAnsi="맑은 고딕" w:eastAsia="맑은 고딕"/>
          <w:b w:val="0"/>
          <w:color w:val="888888"/>
          <w:sz w:val="18"/>
        </w:rPr>
        <w:t>예) 아직 ~한 상황에서는 잘 되지 않는다. 앞으로는 ~를 더 넣어보고 싶다.</w:t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after="200"/>
        <w:pBdr>
          <w:bottom w:val="single" w:sz="6" w:color="C8C8C8"/>
        </w:pBdr>
      </w:pPr>
      <w:r>
        <w:rPr>
          <w:rFonts w:ascii="맑은 고딕" w:hAnsi="맑은 고딕" w:eastAsia="맑은 고딕"/>
          <w:b w:val="0"/>
          <w:color w:val="1A1A1A"/>
          <w:sz w:val="22"/>
        </w:rPr>
      </w:r>
    </w:p>
    <w:p>
      <w:pPr>
        <w:spacing w:before="280" w:after="120"/>
        <w:pBdr>
          <w:bottom w:val="single" w:sz="12" w:color="444444"/>
        </w:pBdr>
      </w:pPr>
      <w:r>
        <w:rPr>
          <w:rFonts w:ascii="맑은 고딕" w:hAnsi="맑은 고딕" w:eastAsia="맑은 고딕"/>
          <w:b/>
          <w:color w:val="1A1A1A"/>
          <w:sz w:val="26"/>
        </w:rPr>
        <w:t>5. 증빙자료 준비 체크리스트</w:t>
      </w:r>
    </w:p>
    <w:p>
      <w:pPr>
        <w:spacing w:after="120" w:before="0"/>
      </w:pPr>
      <w:r>
        <w:rPr>
          <w:rFonts w:ascii="맑은 고딕" w:hAnsi="맑은 고딕" w:eastAsia="맑은 고딕"/>
          <w:b w:val="0"/>
          <w:color w:val="555555"/>
          <w:sz w:val="19"/>
        </w:rPr>
        <w:t>자기소개서 3번에 쓴 활동은 증빙자료를 함께 냅니다. (증빙자료는 5페이지 제한에 포함되지 않습니다)</w:t>
      </w:r>
    </w:p>
    <w:p>
      <w:pPr>
        <w:spacing w:after="80"/>
      </w:pPr>
      <w:r>
        <w:rPr>
          <w:rFonts w:ascii="맑은 고딕" w:hAnsi="맑은 고딕" w:eastAsia="맑은 고딕"/>
          <w:b w:val="0"/>
          <w:color w:val="1A1A1A"/>
          <w:sz w:val="22"/>
        </w:rPr>
        <w:t xml:space="preserve">☐  </w:t>
      </w:r>
      <w:r>
        <w:rPr>
          <w:rFonts w:ascii="맑은 고딕" w:hAnsi="맑은 고딕" w:eastAsia="맑은 고딕"/>
          <w:b w:val="0"/>
          <w:color w:val="1A1A1A"/>
          <w:sz w:val="19"/>
        </w:rPr>
        <w:t>프로그램 실행 화면 스크린샷 — 가장 잘 보여주는 장면 1~2장</w:t>
      </w:r>
    </w:p>
    <w:p>
      <w:pPr>
        <w:spacing w:after="80"/>
      </w:pPr>
      <w:r>
        <w:rPr>
          <w:rFonts w:ascii="맑은 고딕" w:hAnsi="맑은 고딕" w:eastAsia="맑은 고딕"/>
          <w:b w:val="0"/>
          <w:color w:val="1A1A1A"/>
          <w:sz w:val="22"/>
        </w:rPr>
        <w:t xml:space="preserve">☐  </w:t>
      </w:r>
      <w:r>
        <w:rPr>
          <w:rFonts w:ascii="맑은 고딕" w:hAnsi="맑은 고딕" w:eastAsia="맑은 고딕"/>
          <w:b w:val="0"/>
          <w:color w:val="1A1A1A"/>
          <w:sz w:val="19"/>
        </w:rPr>
        <w:t>핵심 코드 캡처 — 전체 코드 말고, 내가 직접 설계한 부분만 (레벤슈타인 매칭 부분). 글씨가 작아 안 보이지 않도록 한 화면에 20줄 이내로 잘라서 캡처하세요.</w:t>
      </w:r>
    </w:p>
    <w:p>
      <w:pPr>
        <w:spacing w:after="80"/>
      </w:pPr>
      <w:r>
        <w:rPr>
          <w:rFonts w:ascii="맑은 고딕" w:hAnsi="맑은 고딕" w:eastAsia="맑은 고딕"/>
          <w:b w:val="0"/>
          <w:color w:val="1A1A1A"/>
          <w:sz w:val="22"/>
        </w:rPr>
        <w:t xml:space="preserve">☐  </w:t>
      </w:r>
      <w:r>
        <w:rPr>
          <w:rFonts w:ascii="맑은 고딕" w:hAnsi="맑은 고딕" w:eastAsia="맑은 고딕"/>
          <w:b w:val="0"/>
          <w:color w:val="1A1A1A"/>
          <w:sz w:val="19"/>
        </w:rPr>
        <w:t>결과를 보여주는 숫자 — 테스트 문장별 인식 성공률 표</w:t>
      </w:r>
    </w:p>
    <w:p>
      <w:pPr>
        <w:spacing w:after="80"/>
      </w:pPr>
      <w:r>
        <w:rPr>
          <w:rFonts w:ascii="맑은 고딕" w:hAnsi="맑은 고딕" w:eastAsia="맑은 고딕"/>
          <w:b w:val="0"/>
          <w:color w:val="1A1A1A"/>
          <w:sz w:val="22"/>
        </w:rPr>
        <w:t xml:space="preserve">☐  </w:t>
      </w:r>
      <w:r>
        <w:rPr>
          <w:rFonts w:ascii="맑은 고딕" w:hAnsi="맑은 고딕" w:eastAsia="맑은 고딕"/>
          <w:b w:val="0"/>
          <w:color w:val="1A1A1A"/>
          <w:sz w:val="19"/>
        </w:rPr>
        <w:t>만드는 과정 사진 — 설문지, 메모, 스케치, 수업 중 사진 등</w:t>
      </w:r>
    </w:p>
    <w:p>
      <w:pPr>
        <w:spacing w:after="80"/>
      </w:pPr>
      <w:r>
        <w:rPr>
          <w:rFonts w:ascii="맑은 고딕" w:hAnsi="맑은 고딕" w:eastAsia="맑은 고딕"/>
          <w:b w:val="0"/>
          <w:color w:val="1A1A1A"/>
          <w:sz w:val="22"/>
        </w:rPr>
        <w:t xml:space="preserve">☐  </w:t>
      </w:r>
      <w:r>
        <w:rPr>
          <w:rFonts w:ascii="맑은 고딕" w:hAnsi="맑은 고딕" w:eastAsia="맑은 고딕"/>
          <w:b w:val="0"/>
          <w:color w:val="1A1A1A"/>
          <w:sz w:val="19"/>
        </w:rPr>
        <w:t>각 자료마다 활동명과 한 줄 설명을 붙였는지</w:t>
      </w:r>
    </w:p>
    <w:p>
      <w:pPr>
        <w:spacing w:after="80"/>
      </w:pPr>
      <w:r>
        <w:rPr>
          <w:rFonts w:ascii="맑은 고딕" w:hAnsi="맑은 고딕" w:eastAsia="맑은 고딕"/>
          <w:b w:val="0"/>
          <w:color w:val="1A1A1A"/>
          <w:sz w:val="22"/>
        </w:rPr>
        <w:t xml:space="preserve">☐  </w:t>
      </w:r>
      <w:r>
        <w:rPr>
          <w:rFonts w:ascii="맑은 고딕" w:hAnsi="맑은 고딕" w:eastAsia="맑은 고딕"/>
          <w:b w:val="0"/>
          <w:color w:val="1A1A1A"/>
          <w:sz w:val="19"/>
        </w:rPr>
        <w:t>자료 안에 수상 관련 내용이 없는지 다시 확인</w:t>
      </w:r>
    </w:p>
    <w:p>
      <w:pPr>
        <w:spacing w:after="160" w:before="0"/>
      </w:pPr>
    </w:p>
    <w:p>
      <w:pPr>
        <w:spacing w:after="120" w:before="0"/>
        <w:jc w:val="center"/>
      </w:pPr>
      <w:r>
        <w:rPr>
          <w:rFonts w:ascii="맑은 고딕" w:hAnsi="맑은 고딕" w:eastAsia="맑은 고딕"/>
          <w:b w:val="0"/>
          <w:color w:val="555555"/>
          <w:sz w:val="16"/>
        </w:rPr>
        <w:t>디랩 코딩학원 평촌점 — 아주대 영재원 준비 프로젝트</w:t>
      </w:r>
    </w:p>
    <w:sectPr w:rsidR="00FC693F" w:rsidRPr="0006063C" w:rsidSect="00034616">
      <w:pgSz w:w="12240" w:h="15840"/>
      <w:pgMar w:top="907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