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color w:val="1A1A1A"/>
          <w:sz w:val="34"/>
        </w:rPr>
        <w:t>작품 소개 작성 워크시트</w:t>
      </w:r>
    </w:p>
    <w:p>
      <w:pPr>
        <w:spacing w:after="8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아주대학교 과학영재교육원 자기소개서 3번 문항 — 주요 활동 작성용</w:t>
      </w:r>
    </w:p>
    <w:p>
      <w:pPr>
        <w:spacing w:after="200" w:before="0"/>
      </w:pPr>
      <w:r>
        <w:rPr>
          <w:rFonts w:ascii="맑은 고딕" w:hAnsi="맑은 고딕" w:eastAsia="맑은 고딕"/>
          <w:b/>
          <w:color w:val="1A1A1A"/>
          <w:sz w:val="20"/>
        </w:rPr>
        <w:t>이름: 최선우          프로젝트: 교실 공평 자리배치 시스템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BEFEF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A01818"/>
                <w:sz w:val="19"/>
              </w:rPr>
              <w:t>작성 전 꼭 기억하세요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· 자기소개서는 전체 5페이지 이내, 글자 크기 11pt 이상, 교육원 지정 양식으로 작성합니다. (증빙자료는 5페이지에서 제외)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· 수상 실적과 수상 내용은 절대 쓸 수 없습니다. 대회 이름, 등수, 상 이름(금상·은상·동상 등)을 쓰면 불이익을 받을 수 있습니다. 대회 경험을 쓰고 싶다면 "어떤 문제를 어떻게 풀었는지"만 쓰세요.</w:t>
            </w:r>
          </w:p>
        </w:tc>
      </w:tr>
    </w:tbl>
    <w:p>
      <w:pPr>
        <w:spacing w:after="40" w:before="0"/>
      </w:pP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1. 작품 소개는 이 순서로 씁니다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1. 문제 발견 </w:t>
      </w:r>
      <w:r>
        <w:rPr>
          <w:rFonts w:ascii="맑은 고딕" w:hAnsi="맑은 고딕" w:eastAsia="맑은 고딕"/>
          <w:b w:val="0"/>
          <w:color w:val="555555"/>
          <w:sz w:val="21"/>
        </w:rPr>
        <w:t>— 무엇이 불편했나? 왜 이걸 하려고 했나?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2. 조사·근거 </w:t>
      </w:r>
      <w:r>
        <w:rPr>
          <w:rFonts w:ascii="맑은 고딕" w:hAnsi="맑은 고딕" w:eastAsia="맑은 고딕"/>
          <w:b w:val="0"/>
          <w:color w:val="555555"/>
          <w:sz w:val="21"/>
        </w:rPr>
        <w:t>— 내 생각만이 아니라, 실제로 무엇을 알아봤나?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3. 설계 </w:t>
      </w:r>
      <w:r>
        <w:rPr>
          <w:rFonts w:ascii="맑은 고딕" w:hAnsi="맑은 고딕" w:eastAsia="맑은 고딕"/>
          <w:b w:val="0"/>
          <w:color w:val="555555"/>
          <w:sz w:val="21"/>
        </w:rPr>
        <w:t>— 그 문제를 어떻게 숫자나 규칙으로 바꿨나?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4. 구현 </w:t>
      </w:r>
      <w:r>
        <w:rPr>
          <w:rFonts w:ascii="맑은 고딕" w:hAnsi="맑은 고딕" w:eastAsia="맑은 고딕"/>
          <w:b w:val="0"/>
          <w:color w:val="555555"/>
          <w:sz w:val="21"/>
        </w:rPr>
        <w:t>— 실제로 무엇을 만들었나? 어떤 기술을 왜 썼나?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5. 검증 </w:t>
      </w:r>
      <w:r>
        <w:rPr>
          <w:rFonts w:ascii="맑은 고딕" w:hAnsi="맑은 고딕" w:eastAsia="맑은 고딕"/>
          <w:b w:val="0"/>
          <w:color w:val="555555"/>
          <w:sz w:val="21"/>
        </w:rPr>
        <w:t>— 잘 됐는지 어떻게 확인했나? 어떤 오류를 겪고 고쳤나?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6. 한계와 다음 계획 </w:t>
      </w:r>
      <w:r>
        <w:rPr>
          <w:rFonts w:ascii="맑은 고딕" w:hAnsi="맑은 고딕" w:eastAsia="맑은 고딕"/>
          <w:b w:val="0"/>
          <w:color w:val="555555"/>
          <w:sz w:val="21"/>
        </w:rPr>
        <w:t>— 아직 부족한 점은? 더 해보고 싶은 것은?</w:t>
      </w:r>
    </w:p>
    <w:p>
      <w:pPr>
        <w:spacing w:after="4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2F2F2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5번(검증)과 6번(한계)을 빼먹지 마세요. 많은 학생이 "만들었다"까지만 씁니다. 그런데 평가하는 분들은 실패하고 고친 과정과 스스로 한계를 아는지를 더 눈여겨봅니다.</w:t>
            </w:r>
          </w:p>
        </w:tc>
      </w:tr>
    </w:tbl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2. 이렇게 쓰면 좋습니다 / 이렇게는 쓰지 마세요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"파이썬으로 자리배치 프로그램을 만들었다. 열심히 해서 잘 작동했고 뿌듯했다."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"자리마다 점수를 매겨서, 학생 12명을 책상 12개에 배정할 때 점수의 합이 가장 커지는 조합을 찾도록 만들었다. 처음에는 점수가 높은 학생부터 순서대로 앉히는 방법을 썼는데, 먼저 배정된 학생 때문에 뒤 학생이 나쁜 자리만 남는 문제가 있었다."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"좋은 자리는 내가 생각해서 정했다."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"내 생각만으로 정하면 공평하지 않을 것 같아 반 친구들에게 직접 물어봤다. 그 결과 자기가 좋아하는 자리에서 멀어질수록 만족도가 낮아진다는 것을 알게 되어, 두 책상 사이의 직선거리를 점수 계산에 넣었다."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"AI를 활용하여 최적화 알고리즘을 구현하였다."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(어려운 말만 있고 내가 이해한 게 안 보임)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"이 문제는 '누구를 어디에 배정할까'를 정하는 문제여서, 표를 만들어 조합의 점수를 비교하는 방법을 찾아봤다. 조합이 너무 많아져서, 표에서 줄마다 최솟값을 빼 나가며 답을 찾는 방법(헝가리안 알고리즘)을 공부해 적용했다."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2F2F2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핵심 원칙: 어려운 단어를 쓰는 것보다 내가 이해한 만큼 내 말로 설명하는 것이 훨씬 좋습니다. 면접에서 "이거 어떻게 한 거예요?"라고 물었을 때 대답할 수 없는 문장은 쓰지 마세요.</w:t>
            </w:r>
          </w:p>
        </w:tc>
      </w:tr>
    </w:tbl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3. 내가 이미 가지고 있는 재료</w:t>
      </w:r>
    </w:p>
    <w:p>
      <w:pPr>
        <w:spacing w:after="16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새로 만들 필요 없습니다. 지금까지 수업에서 한 것들이 그대로 자기소개서 재료입니다. 아래 내용을 그대로 베끼지 말고, 읽어본 뒤 4번에 자기 말로 다시 쓰세요.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1. 문제 발견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교실에서 자리를 바꿀 때, 누구는 계속 좋은 자리에 앉고 누구는 계속 나쁜 자리에 앉는 일이 생긴다. "공평하게 앉는다"는 게 무엇인지부터 정해야 한다고 생각했다.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2. 조사·근거   ★ 가장 강한 부분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좋은 자리를 혼자 정하지 않고 반 친구들에게 직접 물어봤다. 그 결과 자기가 좋아하는 자리에서 멀어질수록 만족도가 떨어진다는 경향을 발견했다.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3. 설계 (수학이 들어가는 부분)   ★ 가장 강한 부분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그래서 "좋아하는 자리 = 만점, 나머지 = 0점"처럼 딱 잘라 나누지 않고, 유클리디언 거리(두 책상 사이의 직선 거리)를 이용해 선호하는 책상에서 얼마나 떨어져 있는지에 따라 만족도를 나눴다. 1·2·3순위에 각각 100·80·60점을 주고, 정확히 그 자리는 아니지만 가까운 "주변 자리"면 10점을 뺀다.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4. 구현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파이썬과 파이게임으로 교실 화면을 만들고, 책상을 클릭해 이름과 1·2·3순위를 입력할 수 있게 했다. 배정 계산에는 헝가리안 알고리즘을 사용해 전체 만족도의 합이 최대가 되는 조합을 찾도록 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5. 검증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배정하기 전과 후의 만족도를 비교해서, 실제로 평균 만족도가 올라가는지 숫자로 확인했다.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6. 한계와 다음 계획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전체 만족도의 합이 커져도 어떤 학생은 여전히 불만족일 수 있다. 또 지금은 책상 사이의 직선 거리만 쓰는데, 실제 교실에는 통로, 칠판을 보는 각도, 창문·에어컨 위치도 영향을 준다. 이런 것들을 점수에 더 넣어보고 싶다.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2F2F2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아직 안 한 것 (하면 3번 문항이 훨씬 강해집니다): 헝가리안 알고리즘으로 배정했을 때와, 무작위로 배정하거나 점수 높은 사람부터 차례로 앉혔을 때를 비교한 숫자가 있으면 "왜 이 방법을 골랐는지"를 근거로 설명할 수 있습니다.</w:t>
            </w:r>
          </w:p>
        </w:tc>
      </w:tr>
    </w:tbl>
    <w:p>
      <w:pPr>
        <w:spacing w:after="60" w:before="0"/>
      </w:pPr>
    </w:p>
    <w:p>
      <w:r>
        <w:br w:type="page"/>
      </w: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4. 직접 써보기</w:t>
      </w:r>
    </w:p>
    <w:p>
      <w:pPr>
        <w:spacing w:after="16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아래 각 칸에 직접 타이핑하세요. 한 번에 잘 쓰려 하지 말고, 먼저 생각나는 대로 채운 뒤 고치면 됩니다.</w:t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① 문제 발견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무엇이 불편했나요? 그 장면을 본 적이 있다면 언제, 어디서였는지 같이 쓰면 좋습니다.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나는 ~한 상황에서 ~가 불편하다고 느꼈다. 왜냐하면...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② 조사·근거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내 생각만이 아니라, 실제로 무엇을 알아봤나요? (설문, 관찰, 직접 해본 경험 등)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내 생각만으로 정하지 않기 위해 ~를 조사했다. 그 결과 ~라는 것을 알게 되었다.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③ 설계 — 문제를 숫자·규칙으로 바꾸기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(3~5문장)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알아낸 것을 어떻게 컴퓨터가 계산할 수 있는 형태(점수, 규칙, 단계)로 바꿨나요?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~를 계산하기 위해 ~라는 기준을 만들었다. 구체적으로는 ~일 때 ~점을 주고...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④ 구현 — 무엇을 만들었나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(3~5문장)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어떤 언어·도구를 썼고, 어떤 기능을 만들었나요? 그 방법을 왜 골랐는지도 함께 쓰세요.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파이썬과 ~를 사용해 ~기능을 만들었다. ~방법을 고른 이유는 ~때문이다.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⑤ 검증 — 잘 되는지 어떻게 확인했나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어떤 방법으로 확인했나요? 만들면서 겪은 오류와 고친 과정도 꼭 한 가지는 쓰세요.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~를 넣어 결과가 맞는지 확인했다. 처음에는 ~한 문제가 있었는데, ~를 고쳐서 해결했다.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⑥ 한계와 다음 계획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아직 부족한 점은 무엇이고, 앞으로 무엇을 더 해보고 싶나요?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아직 ~한 상황에서는 잘 되지 않는다. 앞으로는 ~를 더 넣어보고 싶다.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5. 증빙자료 준비 체크리스트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자기소개서 3번에 쓴 활동은 증빙자료를 함께 냅니다. (증빙자료는 5페이지 제한에 포함되지 않습니다)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프로그램 실행 화면 스크린샷 — 가장 잘 보여주는 장면 1~2장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핵심 코드 캡처 — 전체 코드 말고, 내가 직접 설계한 부분만 (만족도 계산 부분). 글씨가 작아 안 보이지 않도록 한 화면에 20줄 이내로 잘라서 캡처하세요.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결과를 보여주는 숫자 — 배치 전/후 평균 만족도 비교표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만드는 과정 사진 — 설문지, 메모, 스케치, 수업 중 사진 등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각 자료마다 활동명과 한 줄 설명을 붙였는지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자료 안에 수상 관련 내용이 없는지 다시 확인</w:t>
      </w:r>
    </w:p>
    <w:p>
      <w:pPr>
        <w:spacing w:after="160" w:before="0"/>
      </w:pPr>
    </w:p>
    <w:p>
      <w:pPr>
        <w:spacing w:after="120" w:before="0"/>
        <w:jc w:val="center"/>
      </w:pPr>
      <w:r>
        <w:rPr>
          <w:rFonts w:ascii="맑은 고딕" w:hAnsi="맑은 고딕" w:eastAsia="맑은 고딕"/>
          <w:b w:val="0"/>
          <w:color w:val="555555"/>
          <w:sz w:val="16"/>
        </w:rPr>
        <w:t>디랩 코딩학원 평촌점 — 아주대 영재원 준비 프로젝트</w:t>
      </w:r>
    </w:p>
    <w:sectPr w:rsidR="00FC693F" w:rsidRPr="0006063C" w:rsidSect="00034616">
      <w:pgSz w:w="12240" w:h="15840"/>
      <w:pgMar w:top="907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